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Stundenzettel Monat</w:t>
      </w:r>
    </w:p>
    <w:p>
      <w:r>
        <w:t>Name: ____________________     Firma: ____________________</w:t>
      </w:r>
    </w:p>
    <w:p>
      <w:r>
        <w:t>Zeitraum: __________________     Personalnummer: _____________</w:t>
      </w:r>
    </w:p>
    <w:p>
      <w:r>
        <w:t>Die Tage 29 bis 31 nur verwenden, wenn der gewählte Monat sie enthält.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04"/>
        <w:gridCol w:w="1304"/>
        <w:gridCol w:w="1304"/>
        <w:gridCol w:w="1304"/>
        <w:gridCol w:w="1304"/>
        <w:gridCol w:w="1304"/>
        <w:gridCol w:w="1304"/>
        <w:gridCol w:w="1304"/>
      </w:tblGrid>
      <w:tr>
        <w:trPr>
          <w:tblHeader/>
        </w:trPr>
        <w:tc>
          <w:tcPr>
            <w:tcW w:type="dxa" w:w="1304"/>
          </w:tcPr>
          <w:p>
            <w:r>
              <w:t>Datum</w:t>
            </w:r>
          </w:p>
        </w:tc>
        <w:tc>
          <w:tcPr>
            <w:tcW w:type="dxa" w:w="1304"/>
          </w:tcPr>
          <w:p>
            <w:r>
              <w:t>Beginn</w:t>
            </w:r>
          </w:p>
        </w:tc>
        <w:tc>
          <w:tcPr>
            <w:tcW w:type="dxa" w:w="1304"/>
          </w:tcPr>
          <w:p>
            <w:r>
              <w:t>Ende</w:t>
            </w:r>
          </w:p>
        </w:tc>
        <w:tc>
          <w:tcPr>
            <w:tcW w:type="dxa" w:w="1304"/>
          </w:tcPr>
          <w:p>
            <w:r>
              <w:t>Pause Min.</w:t>
            </w:r>
          </w:p>
        </w:tc>
        <w:tc>
          <w:tcPr>
            <w:tcW w:type="dxa" w:w="1304"/>
          </w:tcPr>
          <w:p>
            <w:r>
              <w:t>Arbeit</w:t>
            </w:r>
          </w:p>
        </w:tc>
        <w:tc>
          <w:tcPr>
            <w:tcW w:type="dxa" w:w="1304"/>
          </w:tcPr>
          <w:p>
            <w:r>
              <w:t>Gutschrift</w:t>
            </w:r>
          </w:p>
        </w:tc>
        <w:tc>
          <w:tcPr>
            <w:tcW w:type="dxa" w:w="1304"/>
          </w:tcPr>
          <w:p>
            <w:r>
              <w:t>Soll</w:t>
            </w:r>
          </w:p>
        </w:tc>
        <w:tc>
          <w:tcPr>
            <w:tcW w:type="dxa" w:w="1304"/>
          </w:tcPr>
          <w:p>
            <w:r>
              <w:t>Saldo</w:t>
            </w:r>
          </w:p>
        </w:tc>
      </w:tr>
      <w:tr>
        <w:tc>
          <w:tcPr>
            <w:tcW w:type="dxa" w:w="1304"/>
          </w:tcPr>
          <w:p>
            <w:pPr>
              <w:spacing w:after="20" w:before="20"/>
            </w:pPr>
            <w:r>
              <w:t>1.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</w:tr>
      <w:tr>
        <w:tc>
          <w:tcPr>
            <w:tcW w:type="dxa" w:w="1304"/>
          </w:tcPr>
          <w:p>
            <w:pPr>
              <w:spacing w:after="20" w:before="20"/>
            </w:pPr>
            <w:r>
              <w:t>2.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</w:tr>
      <w:tr>
        <w:tc>
          <w:tcPr>
            <w:tcW w:type="dxa" w:w="1304"/>
          </w:tcPr>
          <w:p>
            <w:pPr>
              <w:spacing w:after="20" w:before="20"/>
            </w:pPr>
            <w:r>
              <w:t>3.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</w:tr>
      <w:tr>
        <w:tc>
          <w:tcPr>
            <w:tcW w:type="dxa" w:w="1304"/>
          </w:tcPr>
          <w:p>
            <w:pPr>
              <w:spacing w:after="20" w:before="20"/>
            </w:pPr>
            <w:r>
              <w:t>4.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</w:tr>
      <w:tr>
        <w:tc>
          <w:tcPr>
            <w:tcW w:type="dxa" w:w="1304"/>
          </w:tcPr>
          <w:p>
            <w:pPr>
              <w:spacing w:after="20" w:before="20"/>
            </w:pPr>
            <w:r>
              <w:t>5.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</w:tr>
      <w:tr>
        <w:tc>
          <w:tcPr>
            <w:tcW w:type="dxa" w:w="1304"/>
          </w:tcPr>
          <w:p>
            <w:pPr>
              <w:spacing w:after="20" w:before="20"/>
            </w:pPr>
            <w:r>
              <w:t>6.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</w:tr>
      <w:tr>
        <w:tc>
          <w:tcPr>
            <w:tcW w:type="dxa" w:w="1304"/>
          </w:tcPr>
          <w:p>
            <w:pPr>
              <w:spacing w:after="20" w:before="20"/>
            </w:pPr>
            <w:r>
              <w:t>7.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</w:tr>
      <w:tr>
        <w:tc>
          <w:tcPr>
            <w:tcW w:type="dxa" w:w="1304"/>
          </w:tcPr>
          <w:p>
            <w:pPr>
              <w:spacing w:after="20" w:before="20"/>
            </w:pPr>
            <w:r>
              <w:t>8.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</w:tr>
      <w:tr>
        <w:tc>
          <w:tcPr>
            <w:tcW w:type="dxa" w:w="1304"/>
          </w:tcPr>
          <w:p>
            <w:pPr>
              <w:spacing w:after="20" w:before="20"/>
            </w:pPr>
            <w:r>
              <w:t>9.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</w:tr>
      <w:tr>
        <w:tc>
          <w:tcPr>
            <w:tcW w:type="dxa" w:w="1304"/>
          </w:tcPr>
          <w:p>
            <w:pPr>
              <w:spacing w:after="20" w:before="20"/>
            </w:pPr>
            <w:r>
              <w:t>10.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</w:tr>
      <w:tr>
        <w:tc>
          <w:tcPr>
            <w:tcW w:type="dxa" w:w="1304"/>
          </w:tcPr>
          <w:p>
            <w:pPr>
              <w:spacing w:after="20" w:before="20"/>
            </w:pPr>
            <w:r>
              <w:t>11.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</w:tr>
      <w:tr>
        <w:tc>
          <w:tcPr>
            <w:tcW w:type="dxa" w:w="1304"/>
          </w:tcPr>
          <w:p>
            <w:pPr>
              <w:spacing w:after="20" w:before="20"/>
            </w:pPr>
            <w:r>
              <w:t>12.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</w:tr>
      <w:tr>
        <w:tc>
          <w:tcPr>
            <w:tcW w:type="dxa" w:w="1304"/>
          </w:tcPr>
          <w:p>
            <w:pPr>
              <w:spacing w:after="20" w:before="20"/>
            </w:pPr>
            <w:r>
              <w:t>13.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</w:tr>
      <w:tr>
        <w:tc>
          <w:tcPr>
            <w:tcW w:type="dxa" w:w="1304"/>
          </w:tcPr>
          <w:p>
            <w:pPr>
              <w:spacing w:after="20" w:before="20"/>
            </w:pPr>
            <w:r>
              <w:t>14.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</w:tr>
      <w:tr>
        <w:tc>
          <w:tcPr>
            <w:tcW w:type="dxa" w:w="1304"/>
          </w:tcPr>
          <w:p>
            <w:pPr>
              <w:spacing w:after="20" w:before="20"/>
            </w:pPr>
            <w:r>
              <w:t>15.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</w:tr>
      <w:tr>
        <w:tc>
          <w:tcPr>
            <w:tcW w:type="dxa" w:w="1304"/>
          </w:tcPr>
          <w:p>
            <w:pPr>
              <w:spacing w:after="20" w:before="20"/>
            </w:pPr>
            <w:r>
              <w:t>16.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</w:tr>
      <w:tr>
        <w:tc>
          <w:tcPr>
            <w:tcW w:type="dxa" w:w="1304"/>
          </w:tcPr>
          <w:p>
            <w:pPr>
              <w:spacing w:after="20" w:before="20"/>
            </w:pPr>
            <w:r>
              <w:t>17.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</w:tr>
      <w:tr>
        <w:tc>
          <w:tcPr>
            <w:tcW w:type="dxa" w:w="1304"/>
          </w:tcPr>
          <w:p>
            <w:pPr>
              <w:spacing w:after="20" w:before="20"/>
            </w:pPr>
            <w:r>
              <w:t>18.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</w:tr>
      <w:tr>
        <w:tc>
          <w:tcPr>
            <w:tcW w:type="dxa" w:w="1304"/>
          </w:tcPr>
          <w:p>
            <w:pPr>
              <w:spacing w:after="20" w:before="20"/>
            </w:pPr>
            <w:r>
              <w:t>19.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</w:tr>
      <w:tr>
        <w:tc>
          <w:tcPr>
            <w:tcW w:type="dxa" w:w="1304"/>
          </w:tcPr>
          <w:p>
            <w:pPr>
              <w:spacing w:after="20" w:before="20"/>
            </w:pPr>
            <w:r>
              <w:t>20.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</w:tr>
      <w:tr>
        <w:tc>
          <w:tcPr>
            <w:tcW w:type="dxa" w:w="1304"/>
          </w:tcPr>
          <w:p>
            <w:pPr>
              <w:spacing w:after="20" w:before="20"/>
            </w:pPr>
            <w:r>
              <w:t>21.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</w:tr>
      <w:tr>
        <w:tc>
          <w:tcPr>
            <w:tcW w:type="dxa" w:w="1304"/>
          </w:tcPr>
          <w:p>
            <w:pPr>
              <w:spacing w:after="20" w:before="20"/>
            </w:pPr>
            <w:r>
              <w:t>22.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</w:tr>
      <w:tr>
        <w:tc>
          <w:tcPr>
            <w:tcW w:type="dxa" w:w="1304"/>
          </w:tcPr>
          <w:p>
            <w:pPr>
              <w:spacing w:after="20" w:before="20"/>
            </w:pPr>
            <w:r>
              <w:t>23.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</w:tr>
      <w:tr>
        <w:tc>
          <w:tcPr>
            <w:tcW w:type="dxa" w:w="1304"/>
          </w:tcPr>
          <w:p>
            <w:pPr>
              <w:spacing w:after="20" w:before="20"/>
            </w:pPr>
            <w:r>
              <w:t>24.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</w:tr>
      <w:tr>
        <w:tc>
          <w:tcPr>
            <w:tcW w:type="dxa" w:w="1304"/>
          </w:tcPr>
          <w:p>
            <w:pPr>
              <w:spacing w:after="20" w:before="20"/>
            </w:pPr>
            <w:r>
              <w:t>25.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</w:tr>
      <w:tr>
        <w:tc>
          <w:tcPr>
            <w:tcW w:type="dxa" w:w="1304"/>
          </w:tcPr>
          <w:p>
            <w:pPr>
              <w:spacing w:after="20" w:before="20"/>
            </w:pPr>
            <w:r>
              <w:t>26.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</w:tr>
      <w:tr>
        <w:tc>
          <w:tcPr>
            <w:tcW w:type="dxa" w:w="1304"/>
          </w:tcPr>
          <w:p>
            <w:pPr>
              <w:spacing w:after="20" w:before="20"/>
            </w:pPr>
            <w:r>
              <w:t>27.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</w:tr>
      <w:tr>
        <w:tc>
          <w:tcPr>
            <w:tcW w:type="dxa" w:w="1304"/>
          </w:tcPr>
          <w:p>
            <w:pPr>
              <w:spacing w:after="20" w:before="20"/>
            </w:pPr>
            <w:r>
              <w:t>28.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</w:tr>
      <w:tr>
        <w:tc>
          <w:tcPr>
            <w:tcW w:type="dxa" w:w="1304"/>
          </w:tcPr>
          <w:p>
            <w:pPr>
              <w:spacing w:after="20" w:before="20"/>
            </w:pPr>
            <w:r>
              <w:t>29.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</w:tr>
      <w:tr>
        <w:tc>
          <w:tcPr>
            <w:tcW w:type="dxa" w:w="1304"/>
          </w:tcPr>
          <w:p>
            <w:pPr>
              <w:spacing w:after="20" w:before="20"/>
            </w:pPr>
            <w:r>
              <w:t>30.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</w:tr>
      <w:tr>
        <w:tc>
          <w:tcPr>
            <w:tcW w:type="dxa" w:w="1304"/>
          </w:tcPr>
          <w:p>
            <w:pPr>
              <w:spacing w:after="20" w:before="20"/>
            </w:pPr>
            <w:r>
              <w:t>31.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  <w:tc>
          <w:tcPr>
            <w:tcW w:type="dxa" w:w="1304"/>
          </w:tcPr>
          <w:p>
            <w:pPr>
              <w:spacing w:after="20" w:before="20"/>
            </w:pPr>
            <w:r>
              <w:t xml:space="preserve"> </w:t>
            </w:r>
          </w:p>
        </w:tc>
      </w:tr>
    </w:tbl>
    <w:p>
      <w:r>
        <w:t>Summe Arbeit: __________   Gutschrift: __________   Soll: __________   Saldo: __________</w:t>
      </w:r>
    </w:p>
    <w:p>
      <w:r>
        <w:t>Keine automatische Berechnung in Word. Summen nach manuellen Änderungen erneut prüfen.</w:t>
      </w:r>
    </w:p>
    <w:p>
      <w:r>
        <w:t>Datum / Mitarbeiter/in: ____________________     Geprüft: ____________________</w:t>
      </w:r>
    </w:p>
    <w:sectPr w:rsidR="00FC693F" w:rsidRPr="0006063C" w:rsidSect="00034616">
      <w:pgSz w:w="11906" w:h="16838"/>
      <w:pgMar w:top="794" w:right="737" w:bottom="794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Stundenzettel Monat</dc:title>
  <dc:subject/>
  <dc:creator>stundenzettel-erstellen.de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