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Stundenzettel Woche</w:t>
      </w:r>
    </w:p>
    <w:p>
      <w:r>
        <w:t>Name: ____________________     Firma: ____________________</w:t>
      </w:r>
    </w:p>
    <w:p>
      <w:r>
        <w:t>Zeitraum: __________________     Personalnummer: 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04"/>
        <w:gridCol w:w="1304"/>
        <w:gridCol w:w="1304"/>
        <w:gridCol w:w="1304"/>
        <w:gridCol w:w="1304"/>
        <w:gridCol w:w="1304"/>
        <w:gridCol w:w="1304"/>
        <w:gridCol w:w="1304"/>
      </w:tblGrid>
      <w:tr>
        <w:trPr>
          <w:tblHeader/>
        </w:trPr>
        <w:tc>
          <w:tcPr>
            <w:tcW w:type="dxa" w:w="1304"/>
          </w:tcPr>
          <w:p>
            <w:r>
              <w:t>Datum</w:t>
            </w:r>
          </w:p>
        </w:tc>
        <w:tc>
          <w:tcPr>
            <w:tcW w:type="dxa" w:w="1304"/>
          </w:tcPr>
          <w:p>
            <w:r>
              <w:t>Beginn</w:t>
            </w:r>
          </w:p>
        </w:tc>
        <w:tc>
          <w:tcPr>
            <w:tcW w:type="dxa" w:w="1304"/>
          </w:tcPr>
          <w:p>
            <w:r>
              <w:t>Ende</w:t>
            </w:r>
          </w:p>
        </w:tc>
        <w:tc>
          <w:tcPr>
            <w:tcW w:type="dxa" w:w="1304"/>
          </w:tcPr>
          <w:p>
            <w:r>
              <w:t>Pause Min.</w:t>
            </w:r>
          </w:p>
        </w:tc>
        <w:tc>
          <w:tcPr>
            <w:tcW w:type="dxa" w:w="1304"/>
          </w:tcPr>
          <w:p>
            <w:r>
              <w:t>Arbeit</w:t>
            </w:r>
          </w:p>
        </w:tc>
        <w:tc>
          <w:tcPr>
            <w:tcW w:type="dxa" w:w="1304"/>
          </w:tcPr>
          <w:p>
            <w:r>
              <w:t>Gutschrift</w:t>
            </w:r>
          </w:p>
        </w:tc>
        <w:tc>
          <w:tcPr>
            <w:tcW w:type="dxa" w:w="1304"/>
          </w:tcPr>
          <w:p>
            <w:r>
              <w:t>Soll</w:t>
            </w:r>
          </w:p>
        </w:tc>
        <w:tc>
          <w:tcPr>
            <w:tcW w:type="dxa" w:w="1304"/>
          </w:tcPr>
          <w:p>
            <w:r>
              <w:t>Saldo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________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________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________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________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________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________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________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</w:tbl>
    <w:p>
      <w:r>
        <w:t>Summe Arbeit: __________   Gutschrift: __________   Soll: __________   Saldo: __________</w:t>
      </w:r>
    </w:p>
    <w:p>
      <w:r>
        <w:t>Keine automatische Berechnung in Word. Summen nach manuellen Änderungen erneut prüfen.</w:t>
      </w:r>
    </w:p>
    <w:p>
      <w:r>
        <w:t>Datum / Mitarbeiter/in: ____________________     Geprüft: ____________________</w:t>
      </w:r>
    </w:p>
    <w:sectPr w:rsidR="00FC693F" w:rsidRPr="0006063C" w:rsidSect="00034616">
      <w:pgSz w:w="11906" w:h="16838"/>
      <w:pgMar w:top="794" w:right="737" w:bottom="794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Stundenzettel Woche</dc:title>
  <dc:subject/>
  <dc:creator>stundenzettel-erstellen.de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